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96E07" w14:textId="77777777" w:rsidR="00805171" w:rsidRDefault="008B2A15">
      <w:pPr>
        <w:pStyle w:val="Heading1"/>
      </w:pPr>
      <w:proofErr w:type="spellStart"/>
      <w:r>
        <w:t>Guía</w:t>
      </w:r>
      <w:proofErr w:type="spellEnd"/>
      <w:r>
        <w:t xml:space="preserve"> de </w:t>
      </w:r>
      <w:proofErr w:type="spellStart"/>
      <w:r>
        <w:t>Discernimiento</w:t>
      </w:r>
      <w:proofErr w:type="spellEnd"/>
      <w:r>
        <w:t xml:space="preserve"> </w:t>
      </w:r>
      <w:proofErr w:type="spellStart"/>
      <w:r>
        <w:t>Tecnológico</w:t>
      </w:r>
      <w:proofErr w:type="spellEnd"/>
      <w:r>
        <w:t xml:space="preserve"> para </w:t>
      </w:r>
      <w:proofErr w:type="spellStart"/>
      <w:r>
        <w:t>Educadores</w:t>
      </w:r>
      <w:proofErr w:type="spellEnd"/>
      <w:r>
        <w:t xml:space="preserve"> </w:t>
      </w:r>
      <w:proofErr w:type="spellStart"/>
      <w:r>
        <w:t>Cristianos</w:t>
      </w:r>
      <w:proofErr w:type="spellEnd"/>
    </w:p>
    <w:p w14:paraId="0AA2AA60" w14:textId="595BEBEF" w:rsidR="00805171" w:rsidRDefault="008B2A15">
      <w:proofErr w:type="spellStart"/>
      <w:r>
        <w:t>Complemento</w:t>
      </w:r>
      <w:proofErr w:type="spellEnd"/>
      <w:r>
        <w:t xml:space="preserve"> del </w:t>
      </w:r>
      <w:proofErr w:type="spellStart"/>
      <w:r>
        <w:t>artículo</w:t>
      </w:r>
      <w:proofErr w:type="spellEnd"/>
      <w:r>
        <w:t>: "</w:t>
      </w:r>
      <w:proofErr w:type="spellStart"/>
      <w:r>
        <w:t>Uso</w:t>
      </w:r>
      <w:proofErr w:type="spellEnd"/>
      <w:r>
        <w:t xml:space="preserve"> </w:t>
      </w:r>
      <w:proofErr w:type="spellStart"/>
      <w:r>
        <w:t>sabio</w:t>
      </w:r>
      <w:proofErr w:type="spellEnd"/>
      <w:r>
        <w:t xml:space="preserve"> de la </w:t>
      </w:r>
      <w:proofErr w:type="spellStart"/>
      <w:r>
        <w:t>tecnología</w:t>
      </w:r>
      <w:proofErr w:type="spellEnd"/>
      <w:r>
        <w:t xml:space="preserve"> en la </w:t>
      </w:r>
      <w:proofErr w:type="spellStart"/>
      <w:r>
        <w:t>educación</w:t>
      </w:r>
      <w:proofErr w:type="spellEnd"/>
      <w:r>
        <w:t xml:space="preserve"> </w:t>
      </w:r>
      <w:proofErr w:type="spellStart"/>
      <w:r>
        <w:t>cristiana</w:t>
      </w:r>
      <w:proofErr w:type="spellEnd"/>
      <w:r>
        <w:t>"</w:t>
      </w:r>
      <w:r>
        <w:br/>
      </w:r>
    </w:p>
    <w:p w14:paraId="1D6EDE6C" w14:textId="77777777" w:rsidR="00805171" w:rsidRDefault="008B2A15">
      <w:pPr>
        <w:pStyle w:val="Heading2"/>
      </w:pPr>
      <w:r>
        <w:t xml:space="preserve">Propósito de la </w:t>
      </w:r>
      <w:proofErr w:type="spellStart"/>
      <w:r>
        <w:t>guía</w:t>
      </w:r>
      <w:proofErr w:type="spellEnd"/>
    </w:p>
    <w:p w14:paraId="41579BE4" w14:textId="77777777" w:rsidR="00805171" w:rsidRDefault="008B2A15">
      <w:proofErr w:type="spellStart"/>
      <w:r>
        <w:t>Esta</w:t>
      </w:r>
      <w:proofErr w:type="spellEnd"/>
      <w:r>
        <w:t xml:space="preserve"> </w:t>
      </w:r>
      <w:proofErr w:type="spellStart"/>
      <w:r>
        <w:t>guía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fin </w:t>
      </w:r>
      <w:proofErr w:type="spellStart"/>
      <w:r>
        <w:t>ayudarte</w:t>
      </w:r>
      <w:proofErr w:type="spellEnd"/>
      <w:r>
        <w:t xml:space="preserve"> a </w:t>
      </w:r>
      <w:proofErr w:type="spellStart"/>
      <w:r>
        <w:t>evaluar</w:t>
      </w:r>
      <w:proofErr w:type="spellEnd"/>
      <w:r>
        <w:t xml:space="preserve"> y </w:t>
      </w:r>
      <w:proofErr w:type="spellStart"/>
      <w:r>
        <w:t>redirigir</w:t>
      </w:r>
      <w:proofErr w:type="spellEnd"/>
      <w:r>
        <w:t xml:space="preserve"> el </w:t>
      </w:r>
      <w:proofErr w:type="spellStart"/>
      <w:r>
        <w:t>uso</w:t>
      </w:r>
      <w:proofErr w:type="spellEnd"/>
      <w:r>
        <w:t xml:space="preserve"> de la </w:t>
      </w:r>
      <w:proofErr w:type="spellStart"/>
      <w:r>
        <w:t>tecnología</w:t>
      </w:r>
      <w:proofErr w:type="spellEnd"/>
      <w:r>
        <w:t xml:space="preserve"> en el </w:t>
      </w:r>
      <w:proofErr w:type="spellStart"/>
      <w:r>
        <w:t>contexto</w:t>
      </w:r>
      <w:proofErr w:type="spellEnd"/>
      <w:r>
        <w:t xml:space="preserve"> </w:t>
      </w:r>
      <w:proofErr w:type="spellStart"/>
      <w:r>
        <w:t>educativo</w:t>
      </w:r>
      <w:proofErr w:type="spellEnd"/>
      <w:r>
        <w:t xml:space="preserve"> </w:t>
      </w:r>
      <w:proofErr w:type="spellStart"/>
      <w:r>
        <w:t>cristiano</w:t>
      </w:r>
      <w:proofErr w:type="spellEnd"/>
      <w:r>
        <w:t xml:space="preserve">, </w:t>
      </w:r>
      <w:proofErr w:type="spellStart"/>
      <w:r>
        <w:t>buscando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su </w:t>
      </w:r>
      <w:proofErr w:type="spellStart"/>
      <w:r>
        <w:t>uso</w:t>
      </w:r>
      <w:proofErr w:type="spellEnd"/>
      <w:r>
        <w:t xml:space="preserve"> </w:t>
      </w:r>
      <w:proofErr w:type="spellStart"/>
      <w:r>
        <w:t>esté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</w:t>
      </w:r>
      <w:proofErr w:type="spellStart"/>
      <w:r>
        <w:t>sometido</w:t>
      </w:r>
      <w:proofErr w:type="spellEnd"/>
      <w:r>
        <w:t xml:space="preserve"> al </w:t>
      </w:r>
      <w:proofErr w:type="spellStart"/>
      <w:r>
        <w:t>señorío</w:t>
      </w:r>
      <w:proofErr w:type="spellEnd"/>
      <w:r>
        <w:t xml:space="preserve"> de Cristo, </w:t>
      </w:r>
      <w:proofErr w:type="spellStart"/>
      <w:r>
        <w:t>edifique</w:t>
      </w:r>
      <w:proofErr w:type="spellEnd"/>
      <w:r>
        <w:t xml:space="preserve"> la vida </w:t>
      </w:r>
      <w:proofErr w:type="spellStart"/>
      <w:r>
        <w:t>espiritual</w:t>
      </w:r>
      <w:proofErr w:type="spellEnd"/>
      <w:r>
        <w:t xml:space="preserve"> y </w:t>
      </w:r>
      <w:proofErr w:type="spellStart"/>
      <w:r>
        <w:t>fortalezca</w:t>
      </w:r>
      <w:proofErr w:type="spellEnd"/>
      <w:r>
        <w:t xml:space="preserve"> el discipulado.</w:t>
      </w:r>
    </w:p>
    <w:p w14:paraId="59045EAE" w14:textId="77777777" w:rsidR="00805171" w:rsidRDefault="008B2A15">
      <w:pPr>
        <w:pStyle w:val="Heading2"/>
      </w:pPr>
      <w:proofErr w:type="spellStart"/>
      <w:r>
        <w:t>Instrucciones</w:t>
      </w:r>
      <w:proofErr w:type="spellEnd"/>
    </w:p>
    <w:p w14:paraId="17B125C9" w14:textId="77777777" w:rsidR="00805171" w:rsidRDefault="008B2A15">
      <w:proofErr w:type="spellStart"/>
      <w:r>
        <w:t>Ora</w:t>
      </w:r>
      <w:proofErr w:type="spellEnd"/>
      <w:r>
        <w:t xml:space="preserve"> antes de </w:t>
      </w:r>
      <w:proofErr w:type="spellStart"/>
      <w:r>
        <w:t>comenzar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reflexión</w:t>
      </w:r>
      <w:proofErr w:type="spellEnd"/>
      <w:r>
        <w:t xml:space="preserve">. </w:t>
      </w:r>
      <w:proofErr w:type="spellStart"/>
      <w:r>
        <w:t>Puedes</w:t>
      </w:r>
      <w:proofErr w:type="spellEnd"/>
      <w:r>
        <w:t xml:space="preserve"> </w:t>
      </w:r>
      <w:proofErr w:type="spellStart"/>
      <w:r>
        <w:t>usar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guía</w:t>
      </w:r>
      <w:proofErr w:type="spellEnd"/>
      <w:r>
        <w:t xml:space="preserve"> de forma personal o en </w:t>
      </w:r>
      <w:proofErr w:type="spellStart"/>
      <w:r>
        <w:t>equipo</w:t>
      </w:r>
      <w:proofErr w:type="spellEnd"/>
      <w:r>
        <w:t xml:space="preserve"> con </w:t>
      </w:r>
      <w:proofErr w:type="spellStart"/>
      <w:r>
        <w:t>otros</w:t>
      </w:r>
      <w:proofErr w:type="spellEnd"/>
      <w:r>
        <w:t xml:space="preserve"> maestros, </w:t>
      </w:r>
      <w:proofErr w:type="spellStart"/>
      <w:r>
        <w:t>líderes</w:t>
      </w:r>
      <w:proofErr w:type="spellEnd"/>
      <w:r>
        <w:t xml:space="preserve"> </w:t>
      </w:r>
      <w:proofErr w:type="spellStart"/>
      <w:r>
        <w:t>escolares</w:t>
      </w:r>
      <w:proofErr w:type="spellEnd"/>
      <w:r>
        <w:t xml:space="preserve"> o padres de familia. Sé </w:t>
      </w:r>
      <w:proofErr w:type="spellStart"/>
      <w:r>
        <w:t>honesto</w:t>
      </w:r>
      <w:proofErr w:type="spellEnd"/>
      <w:r>
        <w:t xml:space="preserve"> y sensible a la </w:t>
      </w:r>
      <w:proofErr w:type="spellStart"/>
      <w:r>
        <w:t>dirección</w:t>
      </w:r>
      <w:proofErr w:type="spellEnd"/>
      <w:r>
        <w:t xml:space="preserve"> del Espíritu Santo </w:t>
      </w:r>
      <w:proofErr w:type="spellStart"/>
      <w:r>
        <w:t>mientras</w:t>
      </w:r>
      <w:proofErr w:type="spellEnd"/>
      <w:r>
        <w:t xml:space="preserve"> </w:t>
      </w:r>
      <w:proofErr w:type="spellStart"/>
      <w:r>
        <w:t>respondes</w:t>
      </w:r>
      <w:proofErr w:type="spellEnd"/>
      <w:r>
        <w:t>.</w:t>
      </w:r>
    </w:p>
    <w:p w14:paraId="02034B11" w14:textId="77777777" w:rsidR="00805171" w:rsidRDefault="008B2A15">
      <w:pPr>
        <w:pStyle w:val="Heading2"/>
      </w:pPr>
      <w:proofErr w:type="spellStart"/>
      <w:r>
        <w:t>Preguntas</w:t>
      </w:r>
      <w:proofErr w:type="spellEnd"/>
      <w:r>
        <w:t xml:space="preserve"> de </w:t>
      </w:r>
      <w:proofErr w:type="spellStart"/>
      <w:r>
        <w:t>evaluación</w:t>
      </w:r>
      <w:proofErr w:type="spellEnd"/>
      <w:r>
        <w:t xml:space="preserve"> </w:t>
      </w:r>
      <w:proofErr w:type="spellStart"/>
      <w:r>
        <w:t>espiritual</w:t>
      </w:r>
      <w:proofErr w:type="spellEnd"/>
    </w:p>
    <w:p w14:paraId="536383BF" w14:textId="77777777" w:rsidR="00805171" w:rsidRDefault="008B2A15">
      <w:r>
        <w:t>1. 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papel</w:t>
      </w:r>
      <w:proofErr w:type="spellEnd"/>
      <w:r>
        <w:t xml:space="preserve"> </w:t>
      </w:r>
      <w:proofErr w:type="spellStart"/>
      <w:r>
        <w:t>juega</w:t>
      </w:r>
      <w:proofErr w:type="spellEnd"/>
      <w:r>
        <w:t xml:space="preserve"> la </w:t>
      </w:r>
      <w:proofErr w:type="spellStart"/>
      <w:r>
        <w:t>tecnología</w:t>
      </w:r>
      <w:proofErr w:type="spellEnd"/>
      <w:r>
        <w:t xml:space="preserve"> en mi </w:t>
      </w:r>
      <w:proofErr w:type="spellStart"/>
      <w:r>
        <w:t>aula</w:t>
      </w:r>
      <w:proofErr w:type="spellEnd"/>
      <w:r>
        <w:t xml:space="preserve"> o </w:t>
      </w:r>
      <w:proofErr w:type="spellStart"/>
      <w:r>
        <w:t>entorno</w:t>
      </w:r>
      <w:proofErr w:type="spellEnd"/>
      <w:r>
        <w:t xml:space="preserve"> </w:t>
      </w:r>
      <w:proofErr w:type="spellStart"/>
      <w:r>
        <w:t>educativo</w:t>
      </w:r>
      <w:proofErr w:type="spellEnd"/>
      <w:r>
        <w:t>?</w:t>
      </w:r>
    </w:p>
    <w:p w14:paraId="2BC2158D" w14:textId="77777777" w:rsidR="00805171" w:rsidRDefault="008B2A15">
      <w:r>
        <w:t>2. ¿</w:t>
      </w:r>
      <w:proofErr w:type="spellStart"/>
      <w:r>
        <w:t>Estoy</w:t>
      </w:r>
      <w:proofErr w:type="spellEnd"/>
      <w:r>
        <w:t xml:space="preserve"> </w:t>
      </w:r>
      <w:proofErr w:type="spellStart"/>
      <w:r>
        <w:t>usando</w:t>
      </w:r>
      <w:proofErr w:type="spellEnd"/>
      <w:r>
        <w:t xml:space="preserve"> </w:t>
      </w:r>
      <w:proofErr w:type="spellStart"/>
      <w:r>
        <w:t>tecnología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herramienta</w:t>
      </w:r>
      <w:proofErr w:type="spellEnd"/>
      <w:r>
        <w:t xml:space="preserve"> o </w:t>
      </w:r>
      <w:proofErr w:type="spellStart"/>
      <w:r>
        <w:t>como</w:t>
      </w:r>
      <w:proofErr w:type="spellEnd"/>
      <w:r>
        <w:t xml:space="preserve"> un fin en </w:t>
      </w:r>
      <w:proofErr w:type="spellStart"/>
      <w:r>
        <w:t>sí</w:t>
      </w:r>
      <w:proofErr w:type="spellEnd"/>
      <w:r>
        <w:t xml:space="preserve"> </w:t>
      </w:r>
      <w:proofErr w:type="spellStart"/>
      <w:r>
        <w:t>mismo</w:t>
      </w:r>
      <w:proofErr w:type="spellEnd"/>
      <w:r>
        <w:t>?</w:t>
      </w:r>
    </w:p>
    <w:p w14:paraId="4FC18090" w14:textId="77777777" w:rsidR="00805171" w:rsidRDefault="008B2A15">
      <w:r>
        <w:t xml:space="preserve">3. ¿He </w:t>
      </w:r>
      <w:proofErr w:type="spellStart"/>
      <w:r>
        <w:t>evaluado</w:t>
      </w:r>
      <w:proofErr w:type="spellEnd"/>
      <w:r>
        <w:t xml:space="preserve"> el </w:t>
      </w:r>
      <w:proofErr w:type="spellStart"/>
      <w:r>
        <w:t>contenido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consumo</w:t>
      </w:r>
      <w:proofErr w:type="spellEnd"/>
      <w:r>
        <w:t xml:space="preserve"> o </w:t>
      </w:r>
      <w:proofErr w:type="spellStart"/>
      <w:r>
        <w:t>comparto</w:t>
      </w:r>
      <w:proofErr w:type="spellEnd"/>
      <w:r>
        <w:t xml:space="preserve"> con los </w:t>
      </w:r>
      <w:proofErr w:type="spellStart"/>
      <w:r>
        <w:t>estudiantes</w:t>
      </w:r>
      <w:proofErr w:type="spellEnd"/>
      <w:r>
        <w:t>?</w:t>
      </w:r>
    </w:p>
    <w:p w14:paraId="4D6DF2F2" w14:textId="77777777" w:rsidR="00805171" w:rsidRDefault="008B2A15">
      <w:r>
        <w:t xml:space="preserve">4. ¿La </w:t>
      </w:r>
      <w:proofErr w:type="spellStart"/>
      <w:r>
        <w:t>tecnología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</w:t>
      </w:r>
      <w:proofErr w:type="spellStart"/>
      <w:r>
        <w:t>ayuda</w:t>
      </w:r>
      <w:proofErr w:type="spellEnd"/>
      <w:r>
        <w:t xml:space="preserve"> a mis </w:t>
      </w:r>
      <w:proofErr w:type="spellStart"/>
      <w:r>
        <w:t>alumnos</w:t>
      </w:r>
      <w:proofErr w:type="spellEnd"/>
      <w:r>
        <w:t xml:space="preserve"> a </w:t>
      </w:r>
      <w:proofErr w:type="spellStart"/>
      <w:r>
        <w:t>crecer</w:t>
      </w:r>
      <w:proofErr w:type="spellEnd"/>
      <w:r>
        <w:t xml:space="preserve"> en su fe o solo </w:t>
      </w:r>
      <w:proofErr w:type="spellStart"/>
      <w:r>
        <w:t>entretiene</w:t>
      </w:r>
      <w:proofErr w:type="spellEnd"/>
      <w:r>
        <w:t>?</w:t>
      </w:r>
    </w:p>
    <w:p w14:paraId="0E0E1791" w14:textId="77777777" w:rsidR="00805171" w:rsidRDefault="008B2A15">
      <w:r>
        <w:t xml:space="preserve">5. ¿Me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ayudando</w:t>
      </w:r>
      <w:proofErr w:type="spellEnd"/>
      <w:r>
        <w:t xml:space="preserve"> o </w:t>
      </w:r>
      <w:proofErr w:type="spellStart"/>
      <w:r>
        <w:t>distrayendo</w:t>
      </w:r>
      <w:proofErr w:type="spellEnd"/>
      <w:r>
        <w:t xml:space="preserve"> de mi propósito de </w:t>
      </w:r>
      <w:proofErr w:type="spellStart"/>
      <w:r>
        <w:t>formar</w:t>
      </w:r>
      <w:proofErr w:type="spellEnd"/>
      <w:r>
        <w:t xml:space="preserve"> discípulos?</w:t>
      </w:r>
    </w:p>
    <w:p w14:paraId="4DAACD7F" w14:textId="77777777" w:rsidR="00805171" w:rsidRDefault="008B2A15">
      <w:r>
        <w:t>6. ¿</w:t>
      </w:r>
      <w:proofErr w:type="spellStart"/>
      <w:r>
        <w:t>Estoy</w:t>
      </w:r>
      <w:proofErr w:type="spellEnd"/>
      <w:r>
        <w:t xml:space="preserve"> </w:t>
      </w:r>
      <w:proofErr w:type="spellStart"/>
      <w:r>
        <w:t>modelando</w:t>
      </w:r>
      <w:proofErr w:type="spellEnd"/>
      <w:r>
        <w:t xml:space="preserve"> </w:t>
      </w:r>
      <w:proofErr w:type="spellStart"/>
      <w:r>
        <w:t>dominio</w:t>
      </w:r>
      <w:proofErr w:type="spellEnd"/>
      <w:r>
        <w:t xml:space="preserve"> </w:t>
      </w:r>
      <w:proofErr w:type="spellStart"/>
      <w:r>
        <w:t>propio</w:t>
      </w:r>
      <w:proofErr w:type="spellEnd"/>
      <w:r>
        <w:t xml:space="preserve"> en el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tecnología</w:t>
      </w:r>
      <w:proofErr w:type="spellEnd"/>
      <w:r>
        <w:t xml:space="preserve"> ante mis </w:t>
      </w:r>
      <w:proofErr w:type="spellStart"/>
      <w:r>
        <w:t>alumnos</w:t>
      </w:r>
      <w:proofErr w:type="spellEnd"/>
      <w:r>
        <w:t>?</w:t>
      </w:r>
    </w:p>
    <w:p w14:paraId="2C9A6757" w14:textId="77777777" w:rsidR="00805171" w:rsidRDefault="008B2A15">
      <w:pPr>
        <w:pStyle w:val="Heading2"/>
      </w:pPr>
      <w:proofErr w:type="spellStart"/>
      <w:r>
        <w:t>Guía</w:t>
      </w:r>
      <w:proofErr w:type="spellEnd"/>
      <w:r>
        <w:t xml:space="preserve"> para </w:t>
      </w:r>
      <w:proofErr w:type="spellStart"/>
      <w:r>
        <w:t>uso</w:t>
      </w:r>
      <w:proofErr w:type="spellEnd"/>
      <w:r>
        <w:t xml:space="preserve"> </w:t>
      </w:r>
      <w:proofErr w:type="spellStart"/>
      <w:r>
        <w:t>intencional</w:t>
      </w:r>
      <w:proofErr w:type="spellEnd"/>
      <w:r>
        <w:t xml:space="preserve"> de </w:t>
      </w:r>
      <w:proofErr w:type="spellStart"/>
      <w:r>
        <w:t>tecnología</w:t>
      </w:r>
      <w:proofErr w:type="spellEnd"/>
    </w:p>
    <w:p w14:paraId="3A7B4527" w14:textId="77777777" w:rsidR="00805171" w:rsidRDefault="008B2A15">
      <w:r>
        <w:t>7. ¿</w:t>
      </w:r>
      <w:proofErr w:type="spellStart"/>
      <w:r>
        <w:t>Qué</w:t>
      </w:r>
      <w:proofErr w:type="spellEnd"/>
      <w:r>
        <w:t xml:space="preserve"> plataforma o </w:t>
      </w:r>
      <w:proofErr w:type="spellStart"/>
      <w:r>
        <w:t>herramienta</w:t>
      </w:r>
      <w:proofErr w:type="spellEnd"/>
      <w:r>
        <w:t xml:space="preserve"> digital </w:t>
      </w:r>
      <w:proofErr w:type="spellStart"/>
      <w:r>
        <w:t>uso</w:t>
      </w:r>
      <w:proofErr w:type="spellEnd"/>
      <w:r>
        <w:t xml:space="preserve"> con mayor </w:t>
      </w:r>
      <w:proofErr w:type="spellStart"/>
      <w:r>
        <w:t>frecuencia</w:t>
      </w:r>
      <w:proofErr w:type="spellEnd"/>
      <w:r>
        <w:t>?</w:t>
      </w:r>
    </w:p>
    <w:p w14:paraId="2618CD20" w14:textId="77777777" w:rsidR="00805171" w:rsidRDefault="008B2A15">
      <w:r>
        <w:t>8. ¿</w:t>
      </w:r>
      <w:proofErr w:type="spellStart"/>
      <w:r>
        <w:t>Tiene</w:t>
      </w:r>
      <w:proofErr w:type="spellEnd"/>
      <w:r>
        <w:t xml:space="preserve"> un propósito </w:t>
      </w:r>
      <w:proofErr w:type="spellStart"/>
      <w:r>
        <w:t>definido</w:t>
      </w:r>
      <w:proofErr w:type="spellEnd"/>
      <w:r>
        <w:t xml:space="preserve"> y </w:t>
      </w:r>
      <w:proofErr w:type="spellStart"/>
      <w:r>
        <w:t>bíblicamente</w:t>
      </w:r>
      <w:proofErr w:type="spellEnd"/>
      <w:r>
        <w:t xml:space="preserve"> </w:t>
      </w:r>
      <w:proofErr w:type="spellStart"/>
      <w:r>
        <w:t>fundamentado</w:t>
      </w:r>
      <w:proofErr w:type="spellEnd"/>
      <w:r>
        <w:t>?</w:t>
      </w:r>
    </w:p>
    <w:p w14:paraId="208203F1" w14:textId="77777777" w:rsidR="00805171" w:rsidRDefault="008B2A15">
      <w:r>
        <w:t>9. ¿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podría</w:t>
      </w:r>
      <w:proofErr w:type="spellEnd"/>
      <w:r>
        <w:t xml:space="preserve"> </w:t>
      </w:r>
      <w:proofErr w:type="spellStart"/>
      <w:r>
        <w:t>mejorar</w:t>
      </w:r>
      <w:proofErr w:type="spellEnd"/>
      <w:r>
        <w:t xml:space="preserve"> su </w:t>
      </w:r>
      <w:proofErr w:type="spellStart"/>
      <w:r>
        <w:t>uso</w:t>
      </w:r>
      <w:proofErr w:type="spellEnd"/>
      <w:r>
        <w:t xml:space="preserve"> para </w:t>
      </w:r>
      <w:proofErr w:type="spellStart"/>
      <w:r>
        <w:t>enfocarlo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en Cristo?</w:t>
      </w:r>
    </w:p>
    <w:p w14:paraId="36DDFAAF" w14:textId="77777777" w:rsidR="00805171" w:rsidRDefault="008B2A15">
      <w:r>
        <w:t>10. 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límites</w:t>
      </w:r>
      <w:proofErr w:type="spellEnd"/>
      <w:r>
        <w:t xml:space="preserve"> debo </w:t>
      </w:r>
      <w:proofErr w:type="spellStart"/>
      <w:r>
        <w:t>establecer</w:t>
      </w:r>
      <w:proofErr w:type="spellEnd"/>
      <w:r>
        <w:t xml:space="preserve"> (</w:t>
      </w:r>
      <w:proofErr w:type="spellStart"/>
      <w:r>
        <w:t>tiempo</w:t>
      </w:r>
      <w:proofErr w:type="spellEnd"/>
      <w:r>
        <w:t xml:space="preserve">, </w:t>
      </w:r>
      <w:proofErr w:type="spellStart"/>
      <w:r>
        <w:t>contenido</w:t>
      </w:r>
      <w:proofErr w:type="spellEnd"/>
      <w:r>
        <w:t xml:space="preserve">, </w:t>
      </w:r>
      <w:proofErr w:type="spellStart"/>
      <w:r>
        <w:t>intención</w:t>
      </w:r>
      <w:proofErr w:type="spellEnd"/>
      <w:r>
        <w:t>)?</w:t>
      </w:r>
    </w:p>
    <w:p w14:paraId="7CE6E602" w14:textId="77777777" w:rsidR="00805171" w:rsidRDefault="008B2A15">
      <w:r>
        <w:t>11. ¿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puedo</w:t>
      </w:r>
      <w:proofErr w:type="spellEnd"/>
      <w:r>
        <w:t xml:space="preserve"> enseñar a mis </w:t>
      </w:r>
      <w:proofErr w:type="spellStart"/>
      <w:r>
        <w:t>estudiantes</w:t>
      </w:r>
      <w:proofErr w:type="spellEnd"/>
      <w:r>
        <w:t xml:space="preserve"> a </w:t>
      </w:r>
      <w:proofErr w:type="spellStart"/>
      <w:r>
        <w:t>discernir</w:t>
      </w:r>
      <w:proofErr w:type="spellEnd"/>
      <w:r>
        <w:t xml:space="preserve"> el </w:t>
      </w:r>
      <w:proofErr w:type="spellStart"/>
      <w:r>
        <w:t>uso</w:t>
      </w:r>
      <w:proofErr w:type="spellEnd"/>
      <w:r>
        <w:t xml:space="preserve"> digital </w:t>
      </w:r>
      <w:proofErr w:type="spellStart"/>
      <w:r>
        <w:t>desde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cosmovisión </w:t>
      </w:r>
      <w:proofErr w:type="spellStart"/>
      <w:r>
        <w:t>bíblica</w:t>
      </w:r>
      <w:proofErr w:type="spellEnd"/>
      <w:r>
        <w:t>?</w:t>
      </w:r>
    </w:p>
    <w:p w14:paraId="4112E425" w14:textId="77777777" w:rsidR="00805171" w:rsidRDefault="008B2A15">
      <w:r>
        <w:t>12. ¿</w:t>
      </w:r>
      <w:proofErr w:type="spellStart"/>
      <w:r>
        <w:t>Existe</w:t>
      </w:r>
      <w:proofErr w:type="spellEnd"/>
      <w:r>
        <w:t xml:space="preserve"> </w:t>
      </w:r>
      <w:proofErr w:type="spellStart"/>
      <w:r>
        <w:t>contenido</w:t>
      </w:r>
      <w:proofErr w:type="spellEnd"/>
      <w:r>
        <w:t xml:space="preserve"> </w:t>
      </w:r>
      <w:proofErr w:type="spellStart"/>
      <w:r>
        <w:t>antibíblico</w:t>
      </w:r>
      <w:proofErr w:type="spellEnd"/>
      <w:r>
        <w:t xml:space="preserve"> en lo </w:t>
      </w:r>
      <w:proofErr w:type="spellStart"/>
      <w:r>
        <w:t>que</w:t>
      </w:r>
      <w:proofErr w:type="spellEnd"/>
      <w:r>
        <w:t xml:space="preserve"> los </w:t>
      </w:r>
      <w:proofErr w:type="spellStart"/>
      <w:r>
        <w:t>estudiantes</w:t>
      </w:r>
      <w:proofErr w:type="spellEnd"/>
      <w:r>
        <w:t xml:space="preserve"> </w:t>
      </w:r>
      <w:proofErr w:type="spellStart"/>
      <w:r>
        <w:t>ven</w:t>
      </w:r>
      <w:proofErr w:type="spellEnd"/>
      <w:r>
        <w:t xml:space="preserve">, </w:t>
      </w:r>
      <w:proofErr w:type="spellStart"/>
      <w:r>
        <w:t>que</w:t>
      </w:r>
      <w:proofErr w:type="spellEnd"/>
      <w:r>
        <w:t xml:space="preserve"> </w:t>
      </w:r>
      <w:proofErr w:type="spellStart"/>
      <w:r>
        <w:t>debería</w:t>
      </w:r>
      <w:proofErr w:type="spellEnd"/>
      <w:r>
        <w:t xml:space="preserve"> </w:t>
      </w:r>
      <w:proofErr w:type="spellStart"/>
      <w:r>
        <w:t>corregir</w:t>
      </w:r>
      <w:proofErr w:type="spellEnd"/>
      <w:r>
        <w:t xml:space="preserve"> o </w:t>
      </w:r>
      <w:proofErr w:type="spellStart"/>
      <w:r>
        <w:t>filtrar</w:t>
      </w:r>
      <w:proofErr w:type="spellEnd"/>
      <w:r>
        <w:t>?</w:t>
      </w:r>
    </w:p>
    <w:p w14:paraId="0CC73E3B" w14:textId="77777777" w:rsidR="00805171" w:rsidRDefault="008B2A15">
      <w:pPr>
        <w:pStyle w:val="Heading2"/>
      </w:pPr>
      <w:proofErr w:type="spellStart"/>
      <w:r>
        <w:t>Versículos</w:t>
      </w:r>
      <w:proofErr w:type="spellEnd"/>
      <w:r>
        <w:t xml:space="preserve"> clave para </w:t>
      </w:r>
      <w:proofErr w:type="spellStart"/>
      <w:r>
        <w:t>meditar</w:t>
      </w:r>
      <w:proofErr w:type="spellEnd"/>
    </w:p>
    <w:p w14:paraId="52AB084B" w14:textId="77777777" w:rsidR="00805171" w:rsidRDefault="008B2A15">
      <w:r>
        <w:t xml:space="preserve">• 1 </w:t>
      </w:r>
      <w:proofErr w:type="spellStart"/>
      <w:r>
        <w:t>Corintios</w:t>
      </w:r>
      <w:proofErr w:type="spellEnd"/>
      <w:r>
        <w:t xml:space="preserve"> 6:12 – No me </w:t>
      </w:r>
      <w:proofErr w:type="spellStart"/>
      <w:r>
        <w:t>dejaré</w:t>
      </w:r>
      <w:proofErr w:type="spellEnd"/>
      <w:r>
        <w:t xml:space="preserve"> </w:t>
      </w:r>
      <w:proofErr w:type="spellStart"/>
      <w:r>
        <w:t>dominar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cosa</w:t>
      </w:r>
      <w:proofErr w:type="spellEnd"/>
    </w:p>
    <w:p w14:paraId="0669FB31" w14:textId="77777777" w:rsidR="00805171" w:rsidRDefault="008B2A15">
      <w:r>
        <w:lastRenderedPageBreak/>
        <w:t xml:space="preserve">• Colosenses 3:17 – </w:t>
      </w:r>
      <w:proofErr w:type="spellStart"/>
      <w:r>
        <w:t>Hacerlo</w:t>
      </w:r>
      <w:proofErr w:type="spellEnd"/>
      <w:r>
        <w:t xml:space="preserve"> todo en el </w:t>
      </w:r>
      <w:proofErr w:type="spellStart"/>
      <w:r>
        <w:t>nombre</w:t>
      </w:r>
      <w:proofErr w:type="spellEnd"/>
      <w:r>
        <w:t xml:space="preserve"> del Señor Jesús</w:t>
      </w:r>
    </w:p>
    <w:p w14:paraId="2AD64764" w14:textId="77777777" w:rsidR="00805171" w:rsidRDefault="008B2A15">
      <w:r>
        <w:t xml:space="preserve">• Filipenses 4:8 – </w:t>
      </w:r>
      <w:proofErr w:type="spellStart"/>
      <w:r>
        <w:t>Pensar</w:t>
      </w:r>
      <w:proofErr w:type="spellEnd"/>
      <w:r>
        <w:t xml:space="preserve"> en lo </w:t>
      </w:r>
      <w:proofErr w:type="spellStart"/>
      <w:r>
        <w:t>verdadero</w:t>
      </w:r>
      <w:proofErr w:type="spellEnd"/>
      <w:r>
        <w:t xml:space="preserve">, justo, </w:t>
      </w:r>
      <w:proofErr w:type="spellStart"/>
      <w:r>
        <w:t>puro</w:t>
      </w:r>
      <w:proofErr w:type="spellEnd"/>
    </w:p>
    <w:p w14:paraId="797D90D4" w14:textId="77777777" w:rsidR="00805171" w:rsidRDefault="008B2A15">
      <w:r>
        <w:t xml:space="preserve">• Salmo 101:3 – No </w:t>
      </w:r>
      <w:proofErr w:type="spellStart"/>
      <w:r>
        <w:t>pondré</w:t>
      </w:r>
      <w:proofErr w:type="spellEnd"/>
      <w:r>
        <w:t xml:space="preserve"> </w:t>
      </w:r>
      <w:proofErr w:type="spellStart"/>
      <w:r>
        <w:t>cosa</w:t>
      </w:r>
      <w:proofErr w:type="spellEnd"/>
      <w:r>
        <w:t xml:space="preserve"> </w:t>
      </w:r>
      <w:proofErr w:type="spellStart"/>
      <w:r>
        <w:t>injusta</w:t>
      </w:r>
      <w:proofErr w:type="spellEnd"/>
      <w:r>
        <w:t xml:space="preserve"> </w:t>
      </w:r>
      <w:proofErr w:type="spellStart"/>
      <w:r>
        <w:t>delante</w:t>
      </w:r>
      <w:proofErr w:type="spellEnd"/>
      <w:r>
        <w:t xml:space="preserve"> de mis </w:t>
      </w:r>
      <w:proofErr w:type="spellStart"/>
      <w:r>
        <w:t>ojos</w:t>
      </w:r>
      <w:proofErr w:type="spellEnd"/>
    </w:p>
    <w:p w14:paraId="612A1C7C" w14:textId="4C8D9938" w:rsidR="00805171" w:rsidRDefault="008B2A15">
      <w:r>
        <w:br/>
      </w:r>
      <w:proofErr w:type="spellStart"/>
      <w:r>
        <w:t>Descarga</w:t>
      </w:r>
      <w:proofErr w:type="spellEnd"/>
      <w:r>
        <w:t xml:space="preserve"> </w:t>
      </w:r>
      <w:proofErr w:type="spellStart"/>
      <w:r>
        <w:t>preparada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: </w:t>
      </w:r>
      <w:proofErr w:type="spellStart"/>
      <w:r w:rsidR="0089145F">
        <w:t>Transformados</w:t>
      </w:r>
      <w:proofErr w:type="spellEnd"/>
      <w:r w:rsidR="0089145F">
        <w:t xml:space="preserve"> </w:t>
      </w:r>
      <w:proofErr w:type="spellStart"/>
      <w:r w:rsidR="0089145F">
        <w:t>por</w:t>
      </w:r>
      <w:proofErr w:type="spellEnd"/>
      <w:r w:rsidR="0089145F">
        <w:t xml:space="preserve"> La Verdad</w:t>
      </w:r>
    </w:p>
    <w:sectPr w:rsidR="008051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38022029">
    <w:abstractNumId w:val="8"/>
  </w:num>
  <w:num w:numId="2" w16cid:durableId="1428500709">
    <w:abstractNumId w:val="6"/>
  </w:num>
  <w:num w:numId="3" w16cid:durableId="1018585829">
    <w:abstractNumId w:val="5"/>
  </w:num>
  <w:num w:numId="4" w16cid:durableId="1274096045">
    <w:abstractNumId w:val="4"/>
  </w:num>
  <w:num w:numId="5" w16cid:durableId="1680157479">
    <w:abstractNumId w:val="7"/>
  </w:num>
  <w:num w:numId="6" w16cid:durableId="551231929">
    <w:abstractNumId w:val="3"/>
  </w:num>
  <w:num w:numId="7" w16cid:durableId="1489902477">
    <w:abstractNumId w:val="2"/>
  </w:num>
  <w:num w:numId="8" w16cid:durableId="1758211711">
    <w:abstractNumId w:val="1"/>
  </w:num>
  <w:num w:numId="9" w16cid:durableId="1731346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3A7E"/>
    <w:rsid w:val="0015074B"/>
    <w:rsid w:val="0029639D"/>
    <w:rsid w:val="00326F90"/>
    <w:rsid w:val="00805171"/>
    <w:rsid w:val="0089145F"/>
    <w:rsid w:val="008B2A15"/>
    <w:rsid w:val="00A624D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E0B88A"/>
  <w14:defaultImageDpi w14:val="300"/>
  <w15:docId w15:val="{B3C56C0F-EE89-054D-B363-13F3EBAC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Carlos de la Torre</cp:lastModifiedBy>
  <cp:revision>2</cp:revision>
  <dcterms:created xsi:type="dcterms:W3CDTF">2025-04-20T17:50:00Z</dcterms:created>
  <dcterms:modified xsi:type="dcterms:W3CDTF">2025-04-20T17:50:00Z</dcterms:modified>
  <cp:category/>
</cp:coreProperties>
</file>